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Architectural Change Request Form</w:t>
      </w:r>
    </w:p>
    <w:p>
      <w:r>
        <w:rPr>
          <w:b/>
        </w:rPr>
        <w:t>[Association Name] — Architectural Review</w:t>
      </w:r>
    </w:p>
    <w:p>
      <w:pPr>
        <w:pStyle w:val="Heading2"/>
      </w:pPr>
      <w:r>
        <w:t>Owner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</w:p>
        </w:tc>
      </w:tr>
      <w:tr>
        <w:tc>
          <w:tcPr>
            <w:tcW w:type="dxa" w:w="4320"/>
          </w:tcPr>
          <w:p>
            <w:r>
              <w:t>Owner name(s)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Property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Phone / email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Contractor (if any)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Proposed change</w:t>
      </w:r>
    </w:p>
    <w:p>
      <w:pPr>
        <w:pStyle w:val="ListBullet"/>
      </w:pPr>
      <w:r>
        <w:rPr>
          <w:b w:val="0"/>
        </w:rPr>
        <w:t>☐ Fence</w:t>
      </w:r>
    </w:p>
    <w:p>
      <w:pPr>
        <w:pStyle w:val="ListBullet"/>
      </w:pPr>
      <w:r>
        <w:rPr>
          <w:b w:val="0"/>
        </w:rPr>
        <w:t>☐ Patio / deck / pergola</w:t>
      </w:r>
    </w:p>
    <w:p>
      <w:pPr>
        <w:pStyle w:val="ListBullet"/>
      </w:pPr>
      <w:r>
        <w:rPr>
          <w:b w:val="0"/>
        </w:rPr>
        <w:t>☐ Room addition or structure</w:t>
      </w:r>
    </w:p>
    <w:p>
      <w:pPr>
        <w:pStyle w:val="ListBullet"/>
      </w:pPr>
      <w:r>
        <w:rPr>
          <w:b w:val="0"/>
        </w:rPr>
        <w:t>☐ Exterior paint or materials</w:t>
      </w:r>
    </w:p>
    <w:p>
      <w:pPr>
        <w:pStyle w:val="ListBullet"/>
      </w:pPr>
      <w:r>
        <w:rPr>
          <w:b w:val="0"/>
        </w:rPr>
        <w:t>☐ Roof (material/color)</w:t>
      </w:r>
    </w:p>
    <w:p>
      <w:pPr>
        <w:pStyle w:val="ListBullet"/>
      </w:pPr>
      <w:r>
        <w:rPr>
          <w:b w:val="0"/>
        </w:rPr>
        <w:t>☐ Solar devices</w:t>
      </w:r>
    </w:p>
    <w:p>
      <w:pPr>
        <w:pStyle w:val="ListBullet"/>
      </w:pPr>
      <w:r>
        <w:rPr>
          <w:b w:val="0"/>
        </w:rPr>
        <w:t>☐ Landscaping / hardscape</w:t>
      </w:r>
    </w:p>
    <w:p>
      <w:pPr>
        <w:pStyle w:val="ListBullet"/>
      </w:pPr>
      <w:r>
        <w:rPr>
          <w:b w:val="0"/>
        </w:rPr>
        <w:t>☐ Other: ______________</w:t>
      </w:r>
    </w:p>
    <w:p>
      <w:r>
        <w:rPr>
          <w:b w:val="0"/>
        </w:rPr>
        <w:t>Description (materials, colors, dimensions, location on lot):</w:t>
      </w:r>
    </w:p>
    <w:p>
      <w:r>
        <w:rPr>
          <w:b w:val="0"/>
        </w:rPr>
        <w:t>______________________________________________</w:t>
      </w:r>
    </w:p>
    <w:p>
      <w:r>
        <w:rPr>
          <w:b w:val="0"/>
        </w:rPr>
        <w:t>Estimated start date: __________  Estimated completion: __________</w:t>
      </w:r>
    </w:p>
    <w:p>
      <w:pPr>
        <w:pStyle w:val="Heading2"/>
      </w:pPr>
      <w:r>
        <w:t>Attachments</w:t>
      </w:r>
    </w:p>
    <w:p>
      <w:pPr>
        <w:pStyle w:val="ListBullet"/>
      </w:pPr>
      <w:r>
        <w:rPr>
          <w:b w:val="0"/>
        </w:rPr>
        <w:t>☐ Site plan or survey showing location and setbacks</w:t>
      </w:r>
    </w:p>
    <w:p>
      <w:pPr>
        <w:pStyle w:val="ListBullet"/>
      </w:pPr>
      <w:r>
        <w:rPr>
          <w:b w:val="0"/>
        </w:rPr>
        <w:t>☐ Drawings or photos with dimensions</w:t>
      </w:r>
    </w:p>
    <w:p>
      <w:pPr>
        <w:pStyle w:val="ListBullet"/>
      </w:pPr>
      <w:r>
        <w:rPr>
          <w:b w:val="0"/>
        </w:rPr>
        <w:t>☐ Material and color samples or specs</w:t>
      </w:r>
    </w:p>
    <w:p>
      <w:pPr>
        <w:pStyle w:val="ListBullet"/>
      </w:pPr>
      <w:r>
        <w:rPr>
          <w:b w:val="0"/>
        </w:rPr>
        <w:t>☐ Contractor proposal (optional)</w:t>
      </w:r>
    </w:p>
    <w:p>
      <w:pPr>
        <w:pStyle w:val="Heading2"/>
      </w:pPr>
      <w:r>
        <w:t>Owner acknowledgments</w:t>
      </w:r>
    </w:p>
    <w:p>
      <w:r>
        <w:rPr>
          <w:b w:val="0"/>
        </w:rPr>
        <w:t>I understand that approval does not replace any required city or county permits, that work must match the approved plans, and that I am responsible for damage to common areas or neighboring property caused by the work.</w:t>
      </w:r>
    </w:p>
    <w:p>
      <w:r>
        <w:rPr>
          <w:b w:val="0"/>
        </w:rPr>
        <w:t>Owner signature: ____________________  Date: __________</w:t>
      </w:r>
    </w:p>
    <w:p>
      <w:pPr>
        <w:pStyle w:val="Heading2"/>
      </w:pPr>
      <w:r>
        <w:t>Decision (for committee use)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</w:p>
        </w:tc>
      </w:tr>
      <w:tr>
        <w:tc>
          <w:tcPr>
            <w:tcW w:type="dxa" w:w="4320"/>
          </w:tcPr>
          <w:p>
            <w:r>
              <w:t>Date received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Decision</w:t>
            </w:r>
          </w:p>
        </w:tc>
        <w:tc>
          <w:tcPr>
            <w:tcW w:type="dxa" w:w="4320"/>
          </w:tcPr>
          <w:p>
            <w:r>
              <w:t>Approved / Approved with conditions / Denied</w:t>
            </w:r>
          </w:p>
        </w:tc>
      </w:tr>
      <w:tr>
        <w:tc>
          <w:tcPr>
            <w:tcW w:type="dxa" w:w="4320"/>
          </w:tcPr>
          <w:p>
            <w:r>
              <w:t>Conditions or basis for denial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Decision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Reviewer(s)</w:t>
            </w:r>
          </w:p>
        </w:tc>
        <w:tc>
          <w:tcPr>
            <w:tcW w:type="dxa" w:w="4320"/>
          </w:tcPr>
          <w:p>
            <w:r/>
          </w:p>
        </w:tc>
      </w:tr>
    </w:tbl>
    <w:p>
      <w:r>
        <w:rPr>
          <w:b w:val="0"/>
          <w:i/>
        </w:rPr>
        <w:t>If denied: the written denial should describe the basis for the denial and, where Texas Property Code §209.00505 applies, the owner's right to request a hearing and appeal to the board. Confirm current requirements with counsel.</w:t>
      </w:r>
    </w:p>
    <w:p>
      <w:r>
        <w:rPr>
          <w:color w:val="666666"/>
          <w:sz w:val="16"/>
        </w:rPr>
        <w:br/>
        <w:t>Template from Texas HOA Board Resources (https://www.texashoaboard.com). Educational only; not legal advice. Review with your association's attorney and governing documents before 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